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B066A" w14:textId="77777777" w:rsidR="00733B40" w:rsidRDefault="00000000">
      <w:pPr>
        <w:jc w:val="center"/>
      </w:pPr>
      <w:r>
        <w:rPr>
          <w:b/>
        </w:rPr>
        <w:t>TURISTIČKA ZAJEDNICA OPĆINE KREŠEVO</w:t>
      </w:r>
    </w:p>
    <w:p w14:paraId="7BC1B418" w14:textId="77777777" w:rsidR="00733B40" w:rsidRDefault="00000000">
      <w:pPr>
        <w:jc w:val="center"/>
      </w:pPr>
      <w:r>
        <w:rPr>
          <w:b/>
        </w:rPr>
        <w:t>IZJAVA O SUGLASNOSTI ZA OBRADU OSOBNIH PODATAKA</w:t>
      </w:r>
    </w:p>
    <w:p w14:paraId="512707A3" w14:textId="77777777" w:rsidR="00733B40" w:rsidRDefault="00000000">
      <w:pPr>
        <w:jc w:val="center"/>
      </w:pPr>
      <w:r>
        <w:t>Za potrebe sudjelovanja u Javnom pozivu za zakup adventskih kućica tijekom manifestacije „ADVENT U KREŠEVU 2026.“</w:t>
      </w:r>
    </w:p>
    <w:p w14:paraId="615CC910" w14:textId="77777777" w:rsidR="00733B40" w:rsidRDefault="00000000">
      <w:r>
        <w:rPr>
          <w:b/>
        </w:rPr>
        <w:t>Podaci o podnositelju prijave</w:t>
      </w:r>
    </w:p>
    <w:p w14:paraId="3F9A4447" w14:textId="77777777" w:rsidR="00733B40" w:rsidRDefault="00000000">
      <w:r>
        <w:t>Ime i prezime: __________________________________________</w:t>
      </w:r>
    </w:p>
    <w:p w14:paraId="1C3A2CFD" w14:textId="77777777" w:rsidR="00733B40" w:rsidRDefault="00000000">
      <w:r>
        <w:t>Naziv pravne osobe ili obrta (ako je primjenjivo): __________________________</w:t>
      </w:r>
    </w:p>
    <w:p w14:paraId="7EDCAD8A" w14:textId="77777777" w:rsidR="00733B40" w:rsidRDefault="00000000">
      <w:r>
        <w:t>Adresa prebivališta/sjedišta: __________________________________</w:t>
      </w:r>
    </w:p>
    <w:p w14:paraId="72FA79D8" w14:textId="77777777" w:rsidR="00733B40" w:rsidRDefault="00000000">
      <w:r>
        <w:t>Kontakt telefon/e-mail: _______________________________________</w:t>
      </w:r>
    </w:p>
    <w:p w14:paraId="0E215745" w14:textId="77777777" w:rsidR="00733B40" w:rsidRDefault="00000000">
      <w:pPr>
        <w:jc w:val="center"/>
      </w:pPr>
      <w:r>
        <w:rPr>
          <w:b/>
        </w:rPr>
        <w:t>IZJAVA</w:t>
      </w:r>
    </w:p>
    <w:p w14:paraId="301DB906" w14:textId="77777777" w:rsidR="00733B40" w:rsidRDefault="00000000">
      <w:r>
        <w:t>Ja, dolje potpisani/a, izjavljujem da sam upoznat/a s time da Turistička zajednica općine Kreševo, kao voditelj obrade osobnih podataka, prikuplja i obrađuje osobne podatke sadržane u prijavi i priloženoj dokumentaciji za potrebe provedbe Javnog poziva za zakup adventskih kućica tijekom manifestacije „ADVENT U KREŠEVU 2026.“, koja se održava od 25. studenoga 2026. godine do 1. siječnja 2027. godine.</w:t>
      </w:r>
    </w:p>
    <w:p w14:paraId="7F4FF58A" w14:textId="77777777" w:rsidR="00733B40" w:rsidRDefault="00000000">
      <w:r>
        <w:t>Osobni podaci obrađivat će se u svrhu:</w:t>
      </w:r>
    </w:p>
    <w:p w14:paraId="398BB195" w14:textId="77777777" w:rsidR="00733B40" w:rsidRDefault="00000000">
      <w:pPr>
        <w:pStyle w:val="Grafikeoznake"/>
      </w:pPr>
      <w:r>
        <w:t>zaprimanja, evidentiranja i pregleda prijava;</w:t>
      </w:r>
    </w:p>
    <w:p w14:paraId="3F28841C" w14:textId="77777777" w:rsidR="00733B40" w:rsidRDefault="00000000">
      <w:pPr>
        <w:pStyle w:val="Grafikeoznake"/>
      </w:pPr>
      <w:r>
        <w:t>provjere ispunjavanja uvjeta i ocjene prijava;</w:t>
      </w:r>
    </w:p>
    <w:p w14:paraId="1060FDFE" w14:textId="77777777" w:rsidR="00733B40" w:rsidRDefault="00000000">
      <w:pPr>
        <w:pStyle w:val="Grafikeoznake"/>
      </w:pPr>
      <w:r>
        <w:t>sastavljanja i objave preliminarne i konačne rang-liste;</w:t>
      </w:r>
    </w:p>
    <w:p w14:paraId="73FCA840" w14:textId="77777777" w:rsidR="00733B40" w:rsidRDefault="00000000">
      <w:pPr>
        <w:pStyle w:val="Grafikeoznake"/>
      </w:pPr>
      <w:r>
        <w:t>postupanja po podnesenim prigovorima;</w:t>
      </w:r>
    </w:p>
    <w:p w14:paraId="3ECF9B2F" w14:textId="77777777" w:rsidR="00733B40" w:rsidRDefault="00000000">
      <w:pPr>
        <w:pStyle w:val="Grafikeoznake"/>
      </w:pPr>
      <w:r>
        <w:t>zaključivanja i izvršavanja ugovora o zakupu;</w:t>
      </w:r>
    </w:p>
    <w:p w14:paraId="3D811E56" w14:textId="77777777" w:rsidR="00733B40" w:rsidRDefault="00000000">
      <w:pPr>
        <w:pStyle w:val="Grafikeoznake"/>
      </w:pPr>
      <w:r>
        <w:t>vođenja evidencija i čuvanja dokumentacije u skladu s važećim propisima.</w:t>
      </w:r>
    </w:p>
    <w:p w14:paraId="1D758EEE" w14:textId="77777777" w:rsidR="00733B40" w:rsidRDefault="00000000">
      <w:r>
        <w:t>Upoznat/a sam da se preliminarna i konačna rang-lista objavljuju na službenoj mrežnoj stranici Općine Kreševo (www.kresevo.ba), pri čemu se mogu objaviti ime i prezime, odnosno naziv prijavitelja, redoslijed na rang-listi i ishod prijave, bez objavljivanja kontaktnih podataka, adrese stanovanja i drugih podataka koji nisu nužni za transparentnost postupka.</w:t>
      </w:r>
    </w:p>
    <w:p w14:paraId="41F8F117" w14:textId="77777777" w:rsidR="00733B40" w:rsidRDefault="00000000">
      <w:r>
        <w:t>Suglasan/na sam da Turistička zajednica općine Kreševo obrađuje moje osobne podatke u navedene svrhe, u opsegu u kojem se obrada temelji na mojoj privoli i u skladu sa Zakonom o zaštiti osobnih podataka Bosne i Hercegovine.</w:t>
      </w:r>
    </w:p>
    <w:p w14:paraId="0645D4C7" w14:textId="77777777" w:rsidR="00733B40" w:rsidRDefault="00000000">
      <w:r>
        <w:t>Upoznat/a sam s pravom na pristup osobnim podacima, njihov ispravak, brisanje ili ograničenje obrade kada su za to ispunjeni zakonski uvjeti, kao i s pravom na povlačenje privole u svakom trenutku, bez utjecaja na zakonitost obrade provedene prije povlačenja.</w:t>
      </w:r>
    </w:p>
    <w:p w14:paraId="40008C77" w14:textId="77777777" w:rsidR="00733B40" w:rsidRDefault="00000000">
      <w:r>
        <w:t>Upoznat/a sam da se podaci čija je obrada nužna radi provedbe postupka, zaključenja i izvršenja ugovora ili ispunjavanja zakonskih obveza mogu obrađivati i na drugim odgovarajućim pravnim osnovama, neovisno o ovoj privoli.</w:t>
      </w:r>
    </w:p>
    <w:p w14:paraId="70199794" w14:textId="77777777" w:rsidR="00733B40" w:rsidRDefault="00000000">
      <w:r>
        <w:t>Osobni podaci čuvat će se tijekom razdoblja potrebnog za ostvarenje navedenih svrha i u skladu s primjenjivim propisima o čuvanju dokumentacije.</w:t>
      </w:r>
    </w:p>
    <w:p w14:paraId="20D90D9E" w14:textId="77777777" w:rsidR="00733B40" w:rsidRDefault="00000000">
      <w:r>
        <w:t>Mjesto i datum: _______________________________________</w:t>
      </w:r>
    </w:p>
    <w:p w14:paraId="41EC1BD3" w14:textId="77777777" w:rsidR="00733B40" w:rsidRDefault="00000000">
      <w:r>
        <w:t>Potpis podnositelja prijave / ovlaštene osobe:</w:t>
      </w:r>
    </w:p>
    <w:p w14:paraId="19F434B0" w14:textId="77777777" w:rsidR="00733B40" w:rsidRDefault="00000000">
      <w:r>
        <w:lastRenderedPageBreak/>
        <w:t>_______________________________________</w:t>
      </w:r>
    </w:p>
    <w:sectPr w:rsidR="00733B40" w:rsidSect="00034616"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1350756">
    <w:abstractNumId w:val="8"/>
  </w:num>
  <w:num w:numId="2" w16cid:durableId="1398354998">
    <w:abstractNumId w:val="6"/>
  </w:num>
  <w:num w:numId="3" w16cid:durableId="423721196">
    <w:abstractNumId w:val="5"/>
  </w:num>
  <w:num w:numId="4" w16cid:durableId="1577743321">
    <w:abstractNumId w:val="4"/>
  </w:num>
  <w:num w:numId="5" w16cid:durableId="1878883946">
    <w:abstractNumId w:val="7"/>
  </w:num>
  <w:num w:numId="6" w16cid:durableId="268515812">
    <w:abstractNumId w:val="3"/>
  </w:num>
  <w:num w:numId="7" w16cid:durableId="1340697513">
    <w:abstractNumId w:val="2"/>
  </w:num>
  <w:num w:numId="8" w16cid:durableId="943343978">
    <w:abstractNumId w:val="1"/>
  </w:num>
  <w:num w:numId="9" w16cid:durableId="99680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6D45"/>
    <w:rsid w:val="00733B40"/>
    <w:rsid w:val="008640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46E2B"/>
  <w14:defaultImageDpi w14:val="300"/>
  <w15:docId w15:val="{44A8F80F-2760-443A-A616-D027DF73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2026-11-05T11:50:00Z</dcterms:created>
  <dcterms:modified xsi:type="dcterms:W3CDTF">2026-11-05T11:50:00Z</dcterms:modified>
  <cp:category/>
</cp:coreProperties>
</file>